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CHELSWORTH CLUB INC.</w:t>
      </w:r>
    </w:p>
    <w:p>
      <w:pPr/>
      <w:r>
        <w:br/>
      </w:r>
    </w:p>
    <w:p>
      <w:pPr>
        <w:pStyle w:val="Heading1"/>
      </w:pPr>
      <w:r>
        <w:t>Nomination for Committee 2025/2026 Season</w:t>
      </w:r>
    </w:p>
    <w:p>
      <w:r>
        <w:t>Nominations must be handed to the Secretary or President prior to the commencement of the Annual General Meeting on Tuesday 18 NOVEMBER 2025 commencing at 8.00pm or shortly thereafter.</w:t>
        <w:br/>
      </w:r>
    </w:p>
    <w:p>
      <w:r>
        <w:t>We nominate .....................................................................................</w:t>
      </w:r>
    </w:p>
    <w:p>
      <w:r>
        <w:t>For the position of .....................................................................................</w:t>
      </w:r>
    </w:p>
    <w:p>
      <w:pPr>
        <w:pStyle w:val="Heading2"/>
      </w:pPr>
      <w:r>
        <w:t>Proposers</w:t>
      </w:r>
    </w:p>
    <w:p>
      <w:r>
        <w:t>Name .....................................................................................</w:t>
      </w:r>
    </w:p>
    <w:p>
      <w:r>
        <w:t>Signature .....................................................................................</w:t>
      </w:r>
    </w:p>
    <w:p>
      <w:r>
        <w:t>Name .....................................................................................</w:t>
      </w:r>
    </w:p>
    <w:p>
      <w:r>
        <w:t>Signature .....................................................................................</w:t>
      </w:r>
    </w:p>
    <w:p>
      <w:pPr>
        <w:pStyle w:val="Heading2"/>
      </w:pPr>
      <w:r>
        <w:t>Nominee's Consent</w:t>
      </w:r>
    </w:p>
    <w:p>
      <w:r>
        <w:t>Name .....................................................................................</w:t>
      </w:r>
    </w:p>
    <w:p>
      <w:r>
        <w:t>Signature .....................................................................................</w:t>
      </w:r>
    </w:p>
    <w:p>
      <w:r>
        <w:t>Address .....................................................................................</w:t>
      </w:r>
    </w:p>
    <w:p>
      <w:r>
        <w:t>Mobile .....................................................................................</w:t>
      </w:r>
    </w:p>
    <w:p>
      <w:r>
        <w:t>Email .....................................................................................</w:t>
      </w:r>
    </w:p>
    <w:p>
      <w:r>
        <w:t>Date ........................................</w:t>
      </w:r>
    </w:p>
    <w:p>
      <w:r>
        <w:br/>
        <w:t>Chelsworth Park, Irvine Road, Ivanhoe</w:t>
      </w:r>
    </w:p>
    <w:p>
      <w:r>
        <w:t>P.O. Box 2077, Ivanhoe East, Victoria 3079</w:t>
      </w:r>
    </w:p>
    <w:p>
      <w:r>
        <w:t>lawtutt@bigpond.net.au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