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</w:pPr>
      <w:r>
        <w:t>OLD IVANHOE GRAMMARIANS FOOTBALL CLUB Inc.</w:t>
      </w:r>
    </w:p>
    <w:p>
      <w:pPr/>
      <w:r>
        <w:t>Affiliated V.A.F.A.</w:t>
        <w:br/>
        <w:t>Established 1964</w:t>
        <w:br/>
      </w:r>
    </w:p>
    <w:p>
      <w:pPr>
        <w:pStyle w:val="Heading1"/>
      </w:pPr>
      <w:r>
        <w:t>Old Ivanhoe Grammarians Football Club</w:t>
      </w:r>
    </w:p>
    <w:p>
      <w:pPr/>
      <w:r>
        <w:t>Nomination for Committee 2025 - 2026 Season</w:t>
        <w:br/>
      </w:r>
    </w:p>
    <w:p>
      <w:r>
        <w:t>Nominations must be handed to the Secretary or President prior to the commencement of the Meeting</w:t>
      </w:r>
    </w:p>
    <w:p>
      <w:r>
        <w:t>................................................................</w:t>
      </w:r>
    </w:p>
    <w:p>
      <w:r>
        <w:t>For the position of Committee..</w:t>
      </w:r>
    </w:p>
    <w:p>
      <w:r>
        <w:t>I</w:t>
      </w:r>
    </w:p>
    <w:p>
      <w:r>
        <w:t>.............................................................</w:t>
      </w:r>
    </w:p>
    <w:p>
      <w:r>
        <w:t>OF............................................................</w:t>
      </w:r>
    </w:p>
    <w:p>
      <w:r>
        <w:tab/>
        <w:t>HEREBY  Consent TO APPOINTMENT TO THE OIGFC COMMITTEE</w:t>
        <w:br/>
      </w:r>
    </w:p>
    <w:p>
      <w:r>
        <w:t>Name ..............................................................................</w:t>
      </w:r>
    </w:p>
    <w:p>
      <w:r>
        <w:t>Signature .........................................................................</w:t>
      </w:r>
    </w:p>
    <w:p>
      <w:r>
        <w:t>Address ...........................................................................</w:t>
      </w:r>
    </w:p>
    <w:p>
      <w:r>
        <w:t>Mobile ............................................................................</w:t>
      </w:r>
    </w:p>
    <w:p>
      <w:r>
        <w:t>Email .............................................................................</w:t>
      </w:r>
    </w:p>
    <w:p>
      <w:r>
        <w:t>Date ........................................</w:t>
      </w:r>
    </w:p>
    <w:p>
      <w:r>
        <w:br/>
        <w:t>Chelsworth Park, Irvine Road, Ivanhoe</w:t>
        <w:br/>
      </w:r>
    </w:p>
    <w:p>
      <w:r>
        <w:t>L.Tutton 15 Edward Street Kew 3101 or lawtutt@bigpond.net.au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